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Ayip Taqiyyudin</w:t>
      </w:r>
    </w:p>
    <w:p>
      <w:r>
        <w:rPr>
          <w:b w:val="0"/>
          <w:sz w:val="21"/>
        </w:rPr>
        <w:t>Logistics Coordinator | IT Support Technician | Process Automation (Python)</w:t>
      </w:r>
    </w:p>
    <w:p>
      <w:r>
        <w:rPr>
          <w:b w:val="0"/>
          <w:color w:val="444444"/>
          <w:sz w:val="18"/>
        </w:rPr>
        <w:t>Bekasi, West Java, Indonesia  |  +62 851-8278-8787 (WhatsApp)  |  ayiptaqiyyudin@gmail.com</w:t>
      </w:r>
    </w:p>
    <w:p>
      <w:r>
        <w:rPr>
          <w:b w:val="0"/>
          <w:color w:val="444444"/>
          <w:sz w:val="18"/>
        </w:rPr>
        <w:t>fubar.my.id  |  github.com/fubaris42</w:t>
      </w:r>
    </w:p>
    <w:p>
      <w:pPr>
        <w:pStyle w:val="Heading1"/>
        <w:pBdr>
          <w:bottom w:val="single" w:sz="4" w:space="1" w:color="BBBBBB"/>
        </w:pBdr>
      </w:pPr>
      <w:r>
        <w:t>PROFESSIONAL SUMMARY</w:t>
      </w:r>
    </w:p>
    <w:p>
      <w:r>
        <w:rPr>
          <w:b w:val="0"/>
        </w:rPr>
        <w:t>Logistics Coordinator and self-taught IT generalist with 5+ years of hands-on technical experience. Builds workflow automation with Python, Google Apps Script and n8n for document-heavy back-office work, cutting manual data entry by about 60%. Experienced in procurement, vendor management, inventory control, shipping coordination and travel document compliance for Umrah operations. Also administers Linux servers and Docker, configures networks and CCTV/NVR surveillance systems, and runs live-stream production. Professional working proficiency in English; works with international vendors on a regular basis.</w:t>
      </w:r>
    </w:p>
    <w:p>
      <w:pPr>
        <w:pStyle w:val="Heading1"/>
        <w:pBdr>
          <w:bottom w:val="single" w:sz="4" w:space="1" w:color="BBBBBB"/>
        </w:pBdr>
      </w:pPr>
      <w:r>
        <w:t>CORE COMPETENCIES</w:t>
      </w:r>
    </w:p>
    <w:p>
      <w:r>
        <w:rPr>
          <w:b w:val="0"/>
        </w:rPr>
        <w:t>Logistics Coordination • Procurement • Vendor Management • Price Negotiation • Cost Reduction • Inventory Management • Stock Taking (Stock Opname) • Demand Planning • Shipping and Carrier Selection • Supply Chain Operations • Document Control • Visa Processing • Regulatory Compliance • Event Logistics • Workflow Automation • Process Improvement • Data Entry Automation • Data Extraction • Web Scraping • Optical Character Recognition (OCR) • Python • Google Apps Script • n8n • Microsoft Excel • Google Sheets • IT Support • Technical Troubleshooting • Network Configuration • CCTV Installation • Linux Administration • Docker • Virtualization • Live Streaming • Audio-Visual (AV) Production</w:t>
      </w:r>
    </w:p>
    <w:p>
      <w:pPr>
        <w:pStyle w:val="Heading1"/>
        <w:pBdr>
          <w:bottom w:val="single" w:sz="4" w:space="1" w:color="BBBBBB"/>
        </w:pBdr>
      </w:pPr>
      <w:r>
        <w:t>PROFESSIONAL EXPERIENCE</w:t>
      </w:r>
    </w:p>
    <w:p>
      <w:pPr>
        <w:pStyle w:val="Heading2"/>
      </w:pPr>
      <w:r>
        <w:t>Logistics Coordinator &amp; Operations Staff</w:t>
      </w:r>
    </w:p>
    <w:p>
      <w:r>
        <w:rPr>
          <w:b w:val="0"/>
          <w:color w:val="444444"/>
        </w:rPr>
        <w:t>PT Rawda Cahaya Multazam (Umrah Travel)  |  Jan 2025 – Present</w:t>
      </w:r>
    </w:p>
    <w:p>
      <w:pPr>
        <w:pStyle w:val="ListBullet"/>
        <w:spacing w:after="20"/>
      </w:pPr>
      <w:r>
        <w:t>Automated ticketing data entry by building Python tools (PyMuPDF, regular expressions) that parse travel documents and populate ticketing data, reducing manual data entry by approximately 60%.</w:t>
      </w:r>
    </w:p>
    <w:p>
      <w:pPr>
        <w:pStyle w:val="ListBullet"/>
        <w:spacing w:after="20"/>
      </w:pPr>
      <w:r>
        <w:t>Added Optical Character Recognition (OCR) filtering of waybills to speed up shipment tracking.</w:t>
      </w:r>
    </w:p>
    <w:p>
      <w:pPr>
        <w:pStyle w:val="ListBullet"/>
        <w:spacing w:after="20"/>
      </w:pPr>
      <w:r>
        <w:t>Compared vendors using web scraping and scenario modelling, negotiated prices and maintain a logistics price matrix to keep costs down; negotiated airline ticketing disputes.</w:t>
      </w:r>
    </w:p>
    <w:p>
      <w:pPr>
        <w:pStyle w:val="ListBullet"/>
        <w:spacing w:after="20"/>
      </w:pPr>
      <w:r>
        <w:t>Lead stock takes (stock opname) and plan distribution using size and gender demand projections; manage packing of equipment sets.</w:t>
      </w:r>
    </w:p>
    <w:p>
      <w:pPr>
        <w:pStyle w:val="ListBullet"/>
        <w:spacing w:after="20"/>
      </w:pPr>
      <w:r>
        <w:t>Coordinate C2C delivery routes and select carriers based on volumetric cost and regional coverage.</w:t>
      </w:r>
    </w:p>
    <w:p>
      <w:pPr>
        <w:pStyle w:val="ListBullet"/>
        <w:spacing w:after="20"/>
      </w:pPr>
      <w:r>
        <w:t>Manage end-to-end pilgrim document compliance: Saudi and Dubai visa processing, passport grouping and SISKOPATUH data entry.</w:t>
      </w:r>
    </w:p>
    <w:p>
      <w:pPr>
        <w:pStyle w:val="ListBullet"/>
        <w:spacing w:after="20"/>
      </w:pPr>
      <w:r>
        <w:t>Ensure medical kits are in place and verify vaccination records (health logistics).</w:t>
      </w:r>
    </w:p>
    <w:p>
      <w:pPr>
        <w:pStyle w:val="ListBullet"/>
        <w:spacing w:after="20"/>
      </w:pPr>
      <w:r>
        <w:t>Run manasik event logistics: room lists, ID tags, itineraries and on-site operations support.</w:t>
      </w:r>
    </w:p>
    <w:p>
      <w:pPr>
        <w:pStyle w:val="Heading2"/>
      </w:pPr>
      <w:r>
        <w:t>Freelance CCTV, Network &amp; IT Support Technician</w:t>
      </w:r>
    </w:p>
    <w:p>
      <w:r>
        <w:rPr>
          <w:b w:val="0"/>
          <w:color w:val="444444"/>
        </w:rPr>
        <w:t>Self-employed (various clients)  |  2020 – 2025</w:t>
      </w:r>
    </w:p>
    <w:p>
      <w:pPr>
        <w:pStyle w:val="ListBullet"/>
        <w:spacing w:after="20"/>
      </w:pPr>
      <w:r>
        <w:t>Installed and maintained PoE, SDI and Wi-Fi closed-circuit television (CCTV) camera systems.</w:t>
      </w:r>
    </w:p>
    <w:p>
      <w:pPr>
        <w:pStyle w:val="ListBullet"/>
        <w:spacing w:after="20"/>
      </w:pPr>
      <w:r>
        <w:t>Configured multi-brand surveillance and network video recorder (NVR) platforms: Hikvision iVMS, TP-Link, Frigate, Shinobi, Viseron and Agent DVR.</w:t>
      </w:r>
    </w:p>
    <w:p>
      <w:pPr>
        <w:pStyle w:val="ListBullet"/>
        <w:spacing w:after="20"/>
      </w:pPr>
      <w:r>
        <w:t>Installed and configured routers and small office networks; maintained Windows systems and drivers, including Hyper-V and KVM virtualization.</w:t>
      </w:r>
    </w:p>
    <w:p>
      <w:pPr>
        <w:pStyle w:val="Heading2"/>
      </w:pPr>
      <w:r>
        <w:t>Live Sound &amp; AV Technician</w:t>
      </w:r>
    </w:p>
    <w:p>
      <w:r>
        <w:rPr>
          <w:b w:val="0"/>
          <w:color w:val="444444"/>
        </w:rPr>
        <w:t>Self-employed (various clients)  |  2020 – 2025</w:t>
      </w:r>
    </w:p>
    <w:p>
      <w:pPr>
        <w:pStyle w:val="ListBullet"/>
        <w:spacing w:after="20"/>
      </w:pPr>
      <w:r>
        <w:t>Ran multi-platform live streams (YouTube, Facebook, Twitch, Google Meet) with OBS Studio and vMix, using Lua scripts for custom transitions and input control.</w:t>
      </w:r>
    </w:p>
    <w:p>
      <w:pPr>
        <w:pStyle w:val="ListBullet"/>
        <w:spacing w:after="20"/>
      </w:pPr>
      <w:r>
        <w:t>Produced hybrid events combining PowerPoint, NDI, VDO.Ninja/WebRTC, ATEM switchers, remote PCs and routed audio.</w:t>
      </w:r>
    </w:p>
    <w:p>
      <w:pPr>
        <w:pStyle w:val="ListBullet"/>
        <w:spacing w:after="20"/>
      </w:pPr>
      <w:r>
        <w:t>Operated digital mixers (Midas MR18, Yamaha MG24) and tuned rooms with a measurement microphone (Behringer ECM8000), Open Sound Meter and Room EQ Wizard (REW).</w:t>
      </w:r>
    </w:p>
    <w:p>
      <w:pPr>
        <w:pStyle w:val="Heading1"/>
        <w:pBdr>
          <w:bottom w:val="single" w:sz="4" w:space="1" w:color="BBBBBB"/>
        </w:pBdr>
      </w:pPr>
      <w:r>
        <w:t>PROJECTS</w:t>
      </w:r>
    </w:p>
    <w:p>
      <w:pPr>
        <w:pStyle w:val="Heading2"/>
      </w:pPr>
      <w:r>
        <w:t>PDF Multi-Query Extraction (Python)  |  github.com/fubaris42/pmqe</w:t>
      </w:r>
    </w:p>
    <w:p>
      <w:r>
        <w:rPr>
          <w:b w:val="0"/>
        </w:rPr>
        <w:t>Pulls pages matching multiple search terms out of large PDF batches. Built for forensic invoice review; now used to group each traveller's departure documents for checking and printing.</w:t>
      </w:r>
    </w:p>
    <w:p>
      <w:pPr>
        <w:pStyle w:val="Heading2"/>
      </w:pPr>
      <w:r>
        <w:t>Travel Document Extraction CLI Tools (Python, OCR)  |  github.com/fubaris42</w:t>
      </w:r>
    </w:p>
    <w:p>
      <w:r>
        <w:rPr>
          <w:b w:val="0"/>
        </w:rPr>
        <w:t>Command-line tools that extract data from passports including the machine-readable zone (passport-extract), Saudi visas (ksa-visa-extractor), Dubai visas (dubai-visa-extract) and vaccination certificates (vaccine_extractor).</w:t>
      </w:r>
    </w:p>
    <w:p>
      <w:pPr>
        <w:pStyle w:val="Heading2"/>
      </w:pPr>
      <w:r>
        <w:t>OpenBoxes Deployment  |  github.com/fubaris42/openboxes</w:t>
      </w:r>
    </w:p>
    <w:p>
      <w:r>
        <w:rPr>
          <w:b w:val="0"/>
        </w:rPr>
        <w:t>Deployment scripts for a self-hosted OpenBoxes inventory management system running in the office.</w:t>
      </w:r>
    </w:p>
    <w:p>
      <w:pPr>
        <w:pStyle w:val="Heading2"/>
      </w:pPr>
      <w:r>
        <w:t>Document and Image Automation Scripts (Python)  |  github.com/fubaris42/SCRIPTS</w:t>
      </w:r>
    </w:p>
    <w:p>
      <w:r>
        <w:rPr>
          <w:b w:val="0"/>
        </w:rPr>
        <w:t>PDF page extraction, merging and conversion; multiprocessing OCR for whole folders; RetinaFace face detection and white-background replacement for visa photos; automatic file renaming from passport MRZ data.</w:t>
      </w:r>
    </w:p>
    <w:p>
      <w:pPr>
        <w:pStyle w:val="Heading1"/>
        <w:pBdr>
          <w:bottom w:val="single" w:sz="4" w:space="1" w:color="BBBBBB"/>
        </w:pBdr>
      </w:pPr>
      <w:r>
        <w:t>TECHNICAL SKILLS</w:t>
      </w:r>
    </w:p>
    <w:p>
      <w:pPr>
        <w:pStyle w:val="ListBullet"/>
        <w:spacing w:after="20"/>
      </w:pPr>
      <w:r>
        <w:rPr>
          <w:b/>
        </w:rPr>
        <w:t xml:space="preserve">Programming &amp; Automation: </w:t>
      </w:r>
      <w:r>
        <w:t>Python (PyMuPDF, OpenCV, MediaPipe, ONNX Runtime, SymPy), Google Apps Script, VBA, Bash, SQL, n8n</w:t>
      </w:r>
    </w:p>
    <w:p>
      <w:pPr>
        <w:pStyle w:val="ListBullet"/>
        <w:spacing w:after="20"/>
      </w:pPr>
      <w:r>
        <w:rPr>
          <w:b/>
        </w:rPr>
        <w:t xml:space="preserve">Systems &amp; Infrastructure: </w:t>
      </w:r>
      <w:r>
        <w:t>Linux (Ubuntu, Debian, FreeBSD), Windows Server, macOS, Docker, KVM/QEMU, Proxmox, WSL</w:t>
      </w:r>
    </w:p>
    <w:p>
      <w:pPr>
        <w:pStyle w:val="ListBullet"/>
        <w:spacing w:after="20"/>
      </w:pPr>
      <w:r>
        <w:rPr>
          <w:b/>
        </w:rPr>
        <w:t xml:space="preserve">Networking &amp; Storage: </w:t>
      </w:r>
      <w:r>
        <w:t>Router and firewall configuration, PoE networks, TrueNAS/ZFS, NAS setup</w:t>
      </w:r>
    </w:p>
    <w:p>
      <w:pPr>
        <w:pStyle w:val="ListBullet"/>
        <w:spacing w:after="20"/>
      </w:pPr>
      <w:r>
        <w:rPr>
          <w:b/>
        </w:rPr>
        <w:t xml:space="preserve">Surveillance (CCTV/NVR): </w:t>
      </w:r>
      <w:r>
        <w:t>Frigate NVR, Agent DVR, Hikvision iVMS, Shinobi, Viseron</w:t>
      </w:r>
    </w:p>
    <w:p>
      <w:pPr>
        <w:pStyle w:val="ListBullet"/>
        <w:spacing w:after="20"/>
      </w:pPr>
      <w:r>
        <w:rPr>
          <w:b/>
        </w:rPr>
        <w:t xml:space="preserve">Office &amp; Data: </w:t>
      </w:r>
      <w:r>
        <w:t>Advanced Microsoft Excel and Google Sheets, Microsoft 365, Google Workspace, AppSheet, OpenBoxes</w:t>
      </w:r>
    </w:p>
    <w:p>
      <w:pPr>
        <w:pStyle w:val="ListBullet"/>
        <w:spacing w:after="20"/>
      </w:pPr>
      <w:r>
        <w:rPr>
          <w:b/>
        </w:rPr>
        <w:t xml:space="preserve">Broadcast &amp; Design: </w:t>
      </w:r>
      <w:r>
        <w:t>OBS Studio, vMix, NDI, ATEM, Adobe Photoshop, Affinity Designer, Inkscape, Canva</w:t>
      </w:r>
    </w:p>
    <w:p>
      <w:pPr>
        <w:pStyle w:val="Heading1"/>
        <w:pBdr>
          <w:bottom w:val="single" w:sz="4" w:space="1" w:color="BBBBBB"/>
        </w:pBdr>
      </w:pPr>
      <w:r>
        <w:t>EDUCATION</w:t>
      </w:r>
    </w:p>
    <w:p>
      <w:pPr>
        <w:pStyle w:val="Heading2"/>
      </w:pPr>
      <w:r>
        <w:t>Bachelor of Applied Science in Social Work (7 semesters completed, 100+ credits)</w:t>
      </w:r>
    </w:p>
    <w:p>
      <w:r>
        <w:rPr>
          <w:b w:val="0"/>
          <w:color w:val="444444"/>
        </w:rPr>
        <w:t>Polytechnic of Social Welfare (Poltekesos Bandung, formerly STKS), Ministry of Social Affairs – Bandung, Indonesia</w:t>
      </w:r>
    </w:p>
    <w:p>
      <w:r>
        <w:rPr>
          <w:b w:val="0"/>
        </w:rPr>
        <w:t>Studies paused to care for family. Relevant coursework: Social Research Methods, Statistics, Community Development, Organizational Management</w:t>
      </w:r>
    </w:p>
    <w:p>
      <w:pPr>
        <w:pStyle w:val="Heading2"/>
      </w:pPr>
      <w:r>
        <w:t>Senior High School</w:t>
      </w:r>
    </w:p>
    <w:p>
      <w:r>
        <w:rPr>
          <w:b w:val="0"/>
          <w:color w:val="444444"/>
        </w:rPr>
        <w:t>Madrasah Aliyah Ali Maksum – Yogyakarta, Indonesia</w:t>
      </w:r>
    </w:p>
    <w:p>
      <w:pPr>
        <w:pStyle w:val="Heading1"/>
        <w:pBdr>
          <w:bottom w:val="single" w:sz="4" w:space="1" w:color="BBBBBB"/>
        </w:pBdr>
      </w:pPr>
      <w:r>
        <w:t>LANGUAGES</w:t>
      </w:r>
    </w:p>
    <w:p>
      <w:r>
        <w:rPr>
          <w:b w:val="0"/>
        </w:rPr>
        <w:t>English – professional working proficiency (written and spoken); Indonesian – native</w:t>
      </w:r>
    </w:p>
    <w:p>
      <w:pPr>
        <w:pStyle w:val="Heading1"/>
        <w:pBdr>
          <w:bottom w:val="single" w:sz="4" w:space="1" w:color="BBBBBB"/>
        </w:pBdr>
      </w:pPr>
      <w:r>
        <w:t>STRENGTHS</w:t>
      </w:r>
    </w:p>
    <w:p>
      <w:pPr>
        <w:pStyle w:val="ListBullet"/>
        <w:spacing w:after="20"/>
      </w:pPr>
      <w:r>
        <w:t>Problem solving: finds the root cause of an operations bottleneck and builds a tool to fix it.</w:t>
      </w:r>
    </w:p>
    <w:p>
      <w:pPr>
        <w:pStyle w:val="ListBullet"/>
        <w:spacing w:after="20"/>
      </w:pPr>
      <w:r>
        <w:t>Calm under pressure: live broadcasts and Umrah departure days leave no room for a second attempt.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40"/>
      <w:outlineLvl w:val="0"/>
    </w:pPr>
    <w:rPr>
      <w:rFonts w:ascii="Calibri" w:hAnsi="Calibri"/>
      <w:b/>
      <w:bCs/>
      <w:color w:val="111111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="Calibri" w:hAnsi="Calibri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Ayip Taqiyyudin – CV – Logistics Coordinator &amp; IT Support</dc:title>
  <dc:subject>Curriculum vitae / resume</dc:subject>
  <dc:creator>Ayip Taqiyyudin</dc:creator>
  <cp:keywords>CV, resume, logistics coordinator, IT support, process automation, Python, procurement, inventory management, Bekasi, Indonesia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